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國立臺中教育大學 113年度教育部補助師資培育之大學</w:t>
        <w:br/>
        <w:t>辦理國外教育見習計畫</w:t>
        <w:br/>
        <w:t>立陶宛公立小學教育見習：從英語教學到國際素養</w:t>
        <w:br/>
        <w:br/>
        <w:t>甄選切結書</w:t>
        <w:br/>
        <w:br/>
        <w:t>本人 __________ 為國立臺中教育大學 __________ 學系 (研究所) __________ 年級在學學生，</w:t>
        <w:br/>
        <w:t>茲切結本人符合國立臺中教育大學之教育部補助師資培育之大學辦理國外教育見習計畫</w:t>
        <w:br/>
        <w:t>「立陶宛公立小學教育見習：從英語教學到國際素養」計畫甄選資格。</w:t>
        <w:br/>
        <w:br/>
        <w:t>本人所掃描、上傳、繳交檢附之所有申請資料與文件均完全確實，</w:t>
        <w:br/>
        <w:t>如有填報不實導致不符合甄選資格或有違法之處，本人自願喪失甄選及補助資格，</w:t>
        <w:br/>
        <w:t>所衍生之費用需自行負擔，若已經甄選錄取並完成國外教育見習，</w:t>
        <w:br/>
        <w:t>本人同意將已領取之補助經費全數償還，絕無異議。</w:t>
        <w:br/>
        <w:br/>
        <w:t>立切結人： （簽名並蓋章）</w:t>
        <w:br/>
        <w:t>出生年月日： __________</w:t>
        <w:br/>
        <w:t>身份證字號： __________</w:t>
        <w:br/>
        <w:t>地址： __________</w:t>
        <w:br/>
        <w:br/>
        <w:t>年  月  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